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47C25" w14:textId="7DF10C09" w:rsidR="00E05245" w:rsidRPr="00EF6E0E" w:rsidRDefault="00E05245" w:rsidP="00EF6E0E">
      <w:pPr>
        <w:spacing w:after="20"/>
        <w:jc w:val="center"/>
        <w:rPr>
          <w:rFonts w:asciiTheme="majorHAnsi" w:hAnsiTheme="majorHAnsi" w:cstheme="majorHAnsi"/>
          <w:b/>
          <w:bCs/>
          <w:sz w:val="24"/>
          <w:szCs w:val="24"/>
          <w:lang w:val="pl-PL"/>
        </w:rPr>
      </w:pPr>
      <w:r w:rsidRPr="00EF6E0E">
        <w:rPr>
          <w:rFonts w:asciiTheme="majorHAnsi" w:hAnsiTheme="majorHAnsi" w:cstheme="majorHAnsi"/>
          <w:b/>
          <w:bCs/>
          <w:sz w:val="24"/>
          <w:szCs w:val="24"/>
          <w:lang w:val="pl-PL"/>
        </w:rPr>
        <w:t>FORMULARZ ZGŁOSZENIOWY –</w:t>
      </w:r>
      <w:r w:rsidR="00EF6E0E" w:rsidRPr="00EF6E0E">
        <w:rPr>
          <w:rFonts w:asciiTheme="majorHAnsi" w:hAnsiTheme="majorHAnsi" w:cstheme="majorHAnsi"/>
          <w:b/>
          <w:bCs/>
          <w:sz w:val="24"/>
          <w:szCs w:val="24"/>
          <w:lang w:val="pl-PL"/>
        </w:rPr>
        <w:t xml:space="preserve"> </w:t>
      </w:r>
      <w:r w:rsidR="002849BC">
        <w:rPr>
          <w:rFonts w:asciiTheme="majorHAnsi" w:hAnsiTheme="majorHAnsi" w:cstheme="majorHAnsi"/>
          <w:b/>
          <w:bCs/>
          <w:sz w:val="24"/>
          <w:szCs w:val="24"/>
          <w:lang w:val="pl-PL"/>
        </w:rPr>
        <w:t>INDYWIDUALNY</w:t>
      </w:r>
    </w:p>
    <w:p w14:paraId="55FB49DE" w14:textId="77777777" w:rsidR="00E05245" w:rsidRPr="00EF6E0E" w:rsidRDefault="00E05245" w:rsidP="00EF6E0E">
      <w:pPr>
        <w:spacing w:after="20"/>
        <w:jc w:val="center"/>
        <w:rPr>
          <w:rFonts w:asciiTheme="majorHAnsi" w:hAnsiTheme="majorHAnsi" w:cstheme="majorHAnsi"/>
          <w:b/>
          <w:bCs/>
          <w:sz w:val="24"/>
          <w:szCs w:val="24"/>
          <w:lang w:val="pl-PL"/>
        </w:rPr>
      </w:pPr>
      <w:r w:rsidRPr="00EF6E0E">
        <w:rPr>
          <w:rFonts w:asciiTheme="majorHAnsi" w:hAnsiTheme="majorHAnsi" w:cstheme="majorHAnsi"/>
          <w:b/>
          <w:bCs/>
          <w:sz w:val="24"/>
          <w:szCs w:val="24"/>
          <w:lang w:val="pl-PL"/>
        </w:rPr>
        <w:t>XI Rodzinny Rajd Rowerowy po Gminie Dobroszyce</w:t>
      </w:r>
    </w:p>
    <w:p w14:paraId="244DACDB" w14:textId="77777777" w:rsidR="00E05245" w:rsidRPr="00EF6E0E" w:rsidRDefault="00E05245" w:rsidP="00EF6E0E">
      <w:pPr>
        <w:spacing w:after="20"/>
        <w:jc w:val="center"/>
        <w:rPr>
          <w:rFonts w:asciiTheme="majorHAnsi" w:hAnsiTheme="majorHAnsi" w:cstheme="majorHAnsi"/>
          <w:b/>
          <w:bCs/>
          <w:sz w:val="24"/>
          <w:szCs w:val="24"/>
          <w:lang w:val="pl-PL"/>
        </w:rPr>
      </w:pPr>
      <w:r w:rsidRPr="00EF6E0E">
        <w:rPr>
          <w:rFonts w:asciiTheme="majorHAnsi" w:hAnsiTheme="majorHAnsi" w:cstheme="majorHAnsi"/>
          <w:b/>
          <w:bCs/>
          <w:sz w:val="24"/>
          <w:szCs w:val="24"/>
          <w:lang w:val="pl-PL"/>
        </w:rPr>
        <w:t>12 września 2026 r. | zbiórka: godz. 9.00 | start i meta: Zamek w Dobroszycach</w:t>
      </w:r>
    </w:p>
    <w:p w14:paraId="52F34981" w14:textId="77777777" w:rsidR="00EF6E0E" w:rsidRDefault="00EF6E0E" w:rsidP="00EF6E0E">
      <w:pPr>
        <w:spacing w:after="20"/>
        <w:jc w:val="center"/>
        <w:rPr>
          <w:rFonts w:asciiTheme="majorHAnsi" w:hAnsiTheme="majorHAnsi" w:cstheme="majorHAnsi"/>
          <w:b/>
          <w:bCs/>
          <w:lang w:val="pl-PL"/>
        </w:rPr>
      </w:pPr>
    </w:p>
    <w:p w14:paraId="722F599D" w14:textId="77777777" w:rsidR="00FD00BC" w:rsidRPr="00EF6E0E" w:rsidRDefault="00FD00BC" w:rsidP="00EF6E0E">
      <w:pPr>
        <w:spacing w:after="20"/>
        <w:jc w:val="center"/>
        <w:rPr>
          <w:rFonts w:asciiTheme="majorHAnsi" w:hAnsiTheme="majorHAnsi" w:cstheme="majorHAnsi"/>
          <w:b/>
          <w:bCs/>
          <w:lang w:val="pl-PL"/>
        </w:rPr>
      </w:pPr>
    </w:p>
    <w:p w14:paraId="7C10E6C9" w14:textId="7517D5DD" w:rsidR="003215D3" w:rsidRDefault="00E05245" w:rsidP="003215D3">
      <w:pPr>
        <w:spacing w:after="20"/>
        <w:rPr>
          <w:rFonts w:asciiTheme="majorHAnsi" w:hAnsiTheme="majorHAnsi" w:cstheme="majorHAnsi"/>
          <w:lang w:val="pl-PL"/>
        </w:rPr>
      </w:pPr>
      <w:r w:rsidRPr="00EF6E0E">
        <w:rPr>
          <w:rFonts w:asciiTheme="majorHAnsi" w:hAnsiTheme="majorHAnsi" w:cstheme="majorHAnsi"/>
          <w:highlight w:val="yellow"/>
          <w:lang w:val="pl-PL"/>
        </w:rPr>
        <w:t>Formularz służy do zgłoszenia jednego rowerzysty. Do uczestnika można dopisać dziecko przewożone w foteliku</w:t>
      </w:r>
      <w:r w:rsidR="009F7DE9">
        <w:rPr>
          <w:rFonts w:asciiTheme="majorHAnsi" w:hAnsiTheme="majorHAnsi" w:cstheme="majorHAnsi"/>
          <w:highlight w:val="yellow"/>
          <w:lang w:val="pl-PL"/>
        </w:rPr>
        <w:t>/rikszy</w:t>
      </w:r>
      <w:r w:rsidRPr="00EF6E0E">
        <w:rPr>
          <w:rFonts w:asciiTheme="majorHAnsi" w:hAnsiTheme="majorHAnsi" w:cstheme="majorHAnsi"/>
          <w:highlight w:val="yellow"/>
          <w:lang w:val="pl-PL"/>
        </w:rPr>
        <w:t>; dziecko jest uczestnikiem, ale nie jest osobnym rowerem.</w:t>
      </w:r>
    </w:p>
    <w:p w14:paraId="1988815B" w14:textId="77777777" w:rsidR="0032347B" w:rsidRPr="00F74DB1" w:rsidRDefault="0032347B" w:rsidP="003215D3">
      <w:pPr>
        <w:spacing w:after="20"/>
        <w:rPr>
          <w:rFonts w:asciiTheme="majorHAnsi" w:hAnsiTheme="majorHAnsi" w:cstheme="majorHAnsi"/>
          <w:lang w:val="pl-PL"/>
        </w:rPr>
      </w:pPr>
    </w:p>
    <w:p w14:paraId="2F7296F8" w14:textId="77777777" w:rsidR="003215D3" w:rsidRPr="003215D3" w:rsidRDefault="003215D3" w:rsidP="003215D3">
      <w:pPr>
        <w:spacing w:after="20"/>
        <w:rPr>
          <w:rFonts w:asciiTheme="majorHAnsi" w:hAnsiTheme="majorHAnsi" w:cstheme="majorHAnsi"/>
          <w:b/>
          <w:bCs/>
          <w:lang w:val="pl-PL"/>
        </w:rPr>
      </w:pPr>
      <w:r w:rsidRPr="003215D3">
        <w:rPr>
          <w:rFonts w:asciiTheme="majorHAnsi" w:hAnsiTheme="majorHAnsi" w:cstheme="majorHAnsi"/>
          <w:b/>
          <w:bCs/>
          <w:lang w:val="pl-PL"/>
        </w:rPr>
        <w:t>1. DANE UCZESTNIKA (OSOBA PEŁNOLETNIA)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1"/>
        <w:gridCol w:w="7872"/>
      </w:tblGrid>
      <w:tr w:rsidR="003215D3" w:rsidRPr="003215D3" w14:paraId="55BDED46" w14:textId="77777777" w:rsidTr="00F74D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A167BF0" w14:textId="7B4DAD55" w:rsidR="003215D3" w:rsidRPr="003215D3" w:rsidRDefault="008E650A" w:rsidP="003215D3">
            <w:pPr>
              <w:spacing w:after="20"/>
              <w:rPr>
                <w:rFonts w:asciiTheme="majorHAnsi" w:hAnsiTheme="majorHAnsi" w:cstheme="majorHAnsi"/>
                <w:b/>
                <w:bCs/>
                <w:lang w:val="pl-PL"/>
              </w:rPr>
            </w:pPr>
            <w:r>
              <w:rPr>
                <w:rFonts w:asciiTheme="majorHAnsi" w:hAnsiTheme="majorHAnsi" w:cstheme="majorHAnsi"/>
                <w:b/>
                <w:bCs/>
                <w:lang w:val="pl-PL"/>
              </w:rPr>
              <w:t>N</w:t>
            </w:r>
            <w:r w:rsidR="003215D3" w:rsidRPr="003215D3">
              <w:rPr>
                <w:rFonts w:asciiTheme="majorHAnsi" w:hAnsiTheme="majorHAnsi" w:cstheme="majorHAnsi"/>
                <w:b/>
                <w:bCs/>
                <w:lang w:val="pl-PL"/>
              </w:rPr>
              <w:t>azwisko: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9D89D8" w14:textId="77777777" w:rsidR="003215D3" w:rsidRPr="003215D3" w:rsidRDefault="003215D3" w:rsidP="003215D3">
            <w:pPr>
              <w:spacing w:after="20"/>
              <w:rPr>
                <w:rFonts w:asciiTheme="majorHAnsi" w:hAnsiTheme="majorHAnsi" w:cstheme="majorHAnsi"/>
                <w:b/>
                <w:bCs/>
                <w:lang w:val="pl-PL"/>
              </w:rPr>
            </w:pPr>
          </w:p>
        </w:tc>
      </w:tr>
      <w:tr w:rsidR="008E650A" w:rsidRPr="003215D3" w14:paraId="2B7DB717" w14:textId="77777777" w:rsidTr="00F74D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53C70CC" w14:textId="34E6F47A" w:rsidR="008E650A" w:rsidRPr="003215D3" w:rsidRDefault="008E650A" w:rsidP="003215D3">
            <w:pPr>
              <w:spacing w:after="20"/>
              <w:rPr>
                <w:rFonts w:asciiTheme="majorHAnsi" w:hAnsiTheme="majorHAnsi" w:cstheme="majorHAnsi"/>
                <w:b/>
                <w:bCs/>
                <w:lang w:val="pl-PL"/>
              </w:rPr>
            </w:pPr>
            <w:r>
              <w:rPr>
                <w:rFonts w:asciiTheme="majorHAnsi" w:hAnsiTheme="majorHAnsi" w:cstheme="majorHAnsi"/>
                <w:b/>
                <w:bCs/>
                <w:lang w:val="pl-PL"/>
              </w:rPr>
              <w:t>Imię: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AC039FF" w14:textId="77777777" w:rsidR="008E650A" w:rsidRPr="003215D3" w:rsidRDefault="008E650A" w:rsidP="003215D3">
            <w:pPr>
              <w:spacing w:after="20"/>
              <w:rPr>
                <w:rFonts w:asciiTheme="majorHAnsi" w:hAnsiTheme="majorHAnsi" w:cstheme="majorHAnsi"/>
                <w:b/>
                <w:bCs/>
                <w:lang w:val="pl-PL"/>
              </w:rPr>
            </w:pPr>
          </w:p>
        </w:tc>
      </w:tr>
      <w:tr w:rsidR="003215D3" w:rsidRPr="003215D3" w14:paraId="2B1ADAD4" w14:textId="77777777" w:rsidTr="00F74D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446D0B" w14:textId="77777777" w:rsidR="003215D3" w:rsidRPr="003215D3" w:rsidRDefault="003215D3" w:rsidP="003215D3">
            <w:pPr>
              <w:spacing w:after="20"/>
              <w:rPr>
                <w:rFonts w:asciiTheme="majorHAnsi" w:hAnsiTheme="majorHAnsi" w:cstheme="majorHAnsi"/>
                <w:b/>
                <w:bCs/>
                <w:lang w:val="pl-PL"/>
              </w:rPr>
            </w:pPr>
            <w:r w:rsidRPr="003215D3">
              <w:rPr>
                <w:rFonts w:asciiTheme="majorHAnsi" w:hAnsiTheme="majorHAnsi" w:cstheme="majorHAnsi"/>
                <w:b/>
                <w:bCs/>
                <w:lang w:val="pl-PL"/>
              </w:rPr>
              <w:t>Wiek: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183E4D" w14:textId="77777777" w:rsidR="003215D3" w:rsidRPr="003215D3" w:rsidRDefault="003215D3" w:rsidP="003215D3">
            <w:pPr>
              <w:spacing w:after="20"/>
              <w:rPr>
                <w:rFonts w:asciiTheme="majorHAnsi" w:hAnsiTheme="majorHAnsi" w:cstheme="majorHAnsi"/>
                <w:b/>
                <w:bCs/>
                <w:lang w:val="pl-PL"/>
              </w:rPr>
            </w:pPr>
          </w:p>
        </w:tc>
      </w:tr>
      <w:tr w:rsidR="003215D3" w:rsidRPr="003215D3" w14:paraId="172FA41D" w14:textId="77777777" w:rsidTr="00F74D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049BC1A" w14:textId="77777777" w:rsidR="003215D3" w:rsidRPr="003215D3" w:rsidRDefault="003215D3" w:rsidP="003215D3">
            <w:pPr>
              <w:spacing w:after="20"/>
              <w:rPr>
                <w:rFonts w:asciiTheme="majorHAnsi" w:hAnsiTheme="majorHAnsi" w:cstheme="majorHAnsi"/>
                <w:b/>
                <w:bCs/>
                <w:lang w:val="pl-PL"/>
              </w:rPr>
            </w:pPr>
            <w:r w:rsidRPr="003215D3">
              <w:rPr>
                <w:rFonts w:asciiTheme="majorHAnsi" w:hAnsiTheme="majorHAnsi" w:cstheme="majorHAnsi"/>
                <w:b/>
                <w:bCs/>
                <w:lang w:val="pl-PL"/>
              </w:rPr>
              <w:t>Miejscowość: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C1F70D" w14:textId="77777777" w:rsidR="003215D3" w:rsidRPr="003215D3" w:rsidRDefault="003215D3" w:rsidP="003215D3">
            <w:pPr>
              <w:spacing w:after="20"/>
              <w:rPr>
                <w:rFonts w:asciiTheme="majorHAnsi" w:hAnsiTheme="majorHAnsi" w:cstheme="majorHAnsi"/>
                <w:b/>
                <w:bCs/>
                <w:lang w:val="pl-PL"/>
              </w:rPr>
            </w:pPr>
          </w:p>
        </w:tc>
      </w:tr>
      <w:tr w:rsidR="003215D3" w:rsidRPr="003215D3" w14:paraId="5046BEAA" w14:textId="77777777" w:rsidTr="00F74D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B79FB7" w14:textId="77777777" w:rsidR="003215D3" w:rsidRPr="003215D3" w:rsidRDefault="003215D3" w:rsidP="003215D3">
            <w:pPr>
              <w:spacing w:after="20"/>
              <w:rPr>
                <w:rFonts w:asciiTheme="majorHAnsi" w:hAnsiTheme="majorHAnsi" w:cstheme="majorHAnsi"/>
                <w:b/>
                <w:bCs/>
                <w:lang w:val="pl-PL"/>
              </w:rPr>
            </w:pPr>
            <w:r w:rsidRPr="003215D3">
              <w:rPr>
                <w:rFonts w:asciiTheme="majorHAnsi" w:hAnsiTheme="majorHAnsi" w:cstheme="majorHAnsi"/>
                <w:b/>
                <w:bCs/>
                <w:lang w:val="pl-PL"/>
              </w:rPr>
              <w:t>Numer telefonu: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76E548" w14:textId="77777777" w:rsidR="003215D3" w:rsidRPr="003215D3" w:rsidRDefault="003215D3" w:rsidP="003215D3">
            <w:pPr>
              <w:spacing w:after="20"/>
              <w:rPr>
                <w:rFonts w:asciiTheme="majorHAnsi" w:hAnsiTheme="majorHAnsi" w:cstheme="majorHAnsi"/>
                <w:b/>
                <w:bCs/>
                <w:lang w:val="pl-PL"/>
              </w:rPr>
            </w:pPr>
          </w:p>
        </w:tc>
      </w:tr>
      <w:tr w:rsidR="003215D3" w:rsidRPr="003215D3" w14:paraId="694E4027" w14:textId="77777777" w:rsidTr="00F74D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0D72D9" w14:textId="77777777" w:rsidR="003215D3" w:rsidRPr="003215D3" w:rsidRDefault="003215D3" w:rsidP="003215D3">
            <w:pPr>
              <w:spacing w:after="20"/>
              <w:rPr>
                <w:rFonts w:asciiTheme="majorHAnsi" w:hAnsiTheme="majorHAnsi" w:cstheme="majorHAnsi"/>
                <w:b/>
                <w:bCs/>
                <w:lang w:val="pl-PL"/>
              </w:rPr>
            </w:pPr>
            <w:r w:rsidRPr="003215D3">
              <w:rPr>
                <w:rFonts w:asciiTheme="majorHAnsi" w:hAnsiTheme="majorHAnsi" w:cstheme="majorHAnsi"/>
                <w:b/>
                <w:bCs/>
                <w:lang w:val="pl-PL"/>
              </w:rPr>
              <w:t>Adres e-mail: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FBC8AC" w14:textId="77777777" w:rsidR="003215D3" w:rsidRPr="003215D3" w:rsidRDefault="003215D3" w:rsidP="003215D3">
            <w:pPr>
              <w:spacing w:after="20"/>
              <w:rPr>
                <w:rFonts w:asciiTheme="majorHAnsi" w:hAnsiTheme="majorHAnsi" w:cstheme="majorHAnsi"/>
                <w:b/>
                <w:bCs/>
                <w:lang w:val="pl-PL"/>
              </w:rPr>
            </w:pPr>
          </w:p>
        </w:tc>
      </w:tr>
      <w:tr w:rsidR="003215D3" w:rsidRPr="002849BC" w14:paraId="41BB0C50" w14:textId="77777777" w:rsidTr="00F74D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AF94EC" w14:textId="222FEB30" w:rsidR="00F74DB1" w:rsidRPr="008E650A" w:rsidRDefault="003215D3" w:rsidP="003215D3">
            <w:pPr>
              <w:spacing w:after="20"/>
              <w:rPr>
                <w:rFonts w:asciiTheme="majorHAnsi" w:hAnsiTheme="majorHAnsi" w:cstheme="majorHAnsi"/>
                <w:b/>
                <w:bCs/>
                <w:lang w:val="pl-PL"/>
              </w:rPr>
            </w:pPr>
            <w:r w:rsidRPr="003215D3">
              <w:rPr>
                <w:rFonts w:asciiTheme="majorHAnsi" w:hAnsiTheme="majorHAnsi" w:cstheme="majorHAnsi"/>
                <w:b/>
                <w:bCs/>
                <w:lang w:val="pl-PL"/>
              </w:rPr>
              <w:t>Rozmiar koszulki:</w:t>
            </w:r>
          </w:p>
          <w:p w14:paraId="70A286F5" w14:textId="56527489" w:rsidR="003215D3" w:rsidRPr="003215D3" w:rsidRDefault="003215D3" w:rsidP="003215D3">
            <w:pPr>
              <w:spacing w:after="20"/>
              <w:rPr>
                <w:rFonts w:asciiTheme="majorHAnsi" w:hAnsiTheme="majorHAnsi" w:cstheme="majorHAnsi"/>
                <w:b/>
                <w:bCs/>
                <w:lang w:val="pl-PL"/>
              </w:rPr>
            </w:pP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20571F" w14:textId="20D2025C" w:rsidR="003215D3" w:rsidRPr="008F4BFE" w:rsidRDefault="008E650A" w:rsidP="003215D3">
            <w:pPr>
              <w:spacing w:after="20"/>
              <w:rPr>
                <w:rFonts w:asciiTheme="majorHAnsi" w:hAnsiTheme="majorHAnsi" w:cstheme="majorHAnsi"/>
                <w:b/>
                <w:bCs/>
                <w:lang w:val="pl-PL"/>
              </w:rPr>
            </w:pPr>
            <w:r w:rsidRPr="008F4BFE">
              <w:rPr>
                <w:rFonts w:asciiTheme="majorHAnsi" w:hAnsiTheme="majorHAnsi" w:cstheme="majorHAnsi"/>
                <w:b/>
                <w:bCs/>
                <w:lang w:val="pl-PL"/>
              </w:rPr>
              <w:t>XS, S, M, L, XL, XXL, XXXL</w:t>
            </w:r>
            <w:r w:rsidR="008F4BFE" w:rsidRPr="008F4BFE">
              <w:rPr>
                <w:rFonts w:asciiTheme="majorHAnsi" w:hAnsiTheme="majorHAnsi" w:cstheme="majorHAnsi"/>
                <w:b/>
                <w:bCs/>
                <w:lang w:val="pl-PL"/>
              </w:rPr>
              <w:t xml:space="preserve"> (</w:t>
            </w:r>
            <w:r w:rsidR="008F4BFE">
              <w:rPr>
                <w:rFonts w:asciiTheme="majorHAnsi" w:hAnsiTheme="majorHAnsi" w:cstheme="majorHAnsi"/>
                <w:b/>
                <w:bCs/>
                <w:lang w:val="pl-PL"/>
              </w:rPr>
              <w:t>właściwy otoczyć kółkiem)</w:t>
            </w:r>
          </w:p>
        </w:tc>
      </w:tr>
    </w:tbl>
    <w:p w14:paraId="3FD440EA" w14:textId="77777777" w:rsidR="003215D3" w:rsidRDefault="003215D3" w:rsidP="003215D3">
      <w:pPr>
        <w:spacing w:after="20"/>
        <w:rPr>
          <w:rFonts w:asciiTheme="majorHAnsi" w:hAnsiTheme="majorHAnsi" w:cstheme="majorHAnsi"/>
          <w:b/>
          <w:bCs/>
          <w:lang w:val="pl-PL"/>
        </w:rPr>
      </w:pPr>
    </w:p>
    <w:p w14:paraId="66805F52" w14:textId="77777777" w:rsidR="00FD00BC" w:rsidRPr="008F4BFE" w:rsidRDefault="00FD00BC" w:rsidP="003215D3">
      <w:pPr>
        <w:spacing w:after="20"/>
        <w:rPr>
          <w:rFonts w:asciiTheme="majorHAnsi" w:hAnsiTheme="majorHAnsi" w:cstheme="majorHAnsi"/>
          <w:b/>
          <w:bCs/>
          <w:lang w:val="pl-PL"/>
        </w:rPr>
      </w:pPr>
    </w:p>
    <w:p w14:paraId="4CCB2168" w14:textId="2F87F434" w:rsidR="003215D3" w:rsidRPr="003215D3" w:rsidRDefault="003215D3" w:rsidP="003215D3">
      <w:pPr>
        <w:spacing w:after="20"/>
        <w:rPr>
          <w:rFonts w:asciiTheme="majorHAnsi" w:hAnsiTheme="majorHAnsi" w:cstheme="majorHAnsi"/>
          <w:b/>
          <w:bCs/>
          <w:lang w:val="pl-PL"/>
        </w:rPr>
      </w:pPr>
      <w:r w:rsidRPr="003215D3">
        <w:rPr>
          <w:rFonts w:asciiTheme="majorHAnsi" w:hAnsiTheme="majorHAnsi" w:cstheme="majorHAnsi"/>
          <w:b/>
          <w:bCs/>
          <w:lang w:val="pl-PL"/>
        </w:rPr>
        <w:t>2. DZIECKO PRZEWOŻONE W FOTELIKU</w:t>
      </w:r>
      <w:r w:rsidR="0002361A">
        <w:rPr>
          <w:rFonts w:asciiTheme="majorHAnsi" w:hAnsiTheme="majorHAnsi" w:cstheme="majorHAnsi"/>
          <w:b/>
          <w:bCs/>
          <w:lang w:val="pl-PL"/>
        </w:rPr>
        <w:t>/RIKSZY</w:t>
      </w:r>
      <w:r w:rsidRPr="003215D3">
        <w:rPr>
          <w:rFonts w:asciiTheme="majorHAnsi" w:hAnsiTheme="majorHAnsi" w:cstheme="majorHAnsi"/>
          <w:b/>
          <w:bCs/>
          <w:lang w:val="pl-PL"/>
        </w:rPr>
        <w:t xml:space="preserve"> (jeśli dotyczy)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8"/>
        <w:gridCol w:w="7286"/>
      </w:tblGrid>
      <w:tr w:rsidR="003215D3" w:rsidRPr="003215D3" w14:paraId="6CEA204A" w14:textId="77777777" w:rsidTr="008F4B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CD68CD" w14:textId="3F09F19A" w:rsidR="003215D3" w:rsidRPr="003215D3" w:rsidRDefault="008F4BFE" w:rsidP="003215D3">
            <w:pPr>
              <w:spacing w:after="20"/>
              <w:rPr>
                <w:rFonts w:asciiTheme="majorHAnsi" w:hAnsiTheme="majorHAnsi" w:cstheme="majorHAnsi"/>
                <w:b/>
                <w:bCs/>
                <w:lang w:val="pl-PL"/>
              </w:rPr>
            </w:pPr>
            <w:r>
              <w:rPr>
                <w:rFonts w:asciiTheme="majorHAnsi" w:hAnsiTheme="majorHAnsi" w:cstheme="majorHAnsi"/>
                <w:b/>
                <w:bCs/>
                <w:lang w:val="pl-PL"/>
              </w:rPr>
              <w:t>N</w:t>
            </w:r>
            <w:r w:rsidR="003215D3" w:rsidRPr="003215D3">
              <w:rPr>
                <w:rFonts w:asciiTheme="majorHAnsi" w:hAnsiTheme="majorHAnsi" w:cstheme="majorHAnsi"/>
                <w:b/>
                <w:bCs/>
                <w:lang w:val="pl-PL"/>
              </w:rPr>
              <w:t>azwisko dziecka:</w:t>
            </w:r>
          </w:p>
        </w:tc>
        <w:tc>
          <w:tcPr>
            <w:tcW w:w="7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3A4808" w14:textId="77777777" w:rsidR="003215D3" w:rsidRPr="003215D3" w:rsidRDefault="003215D3" w:rsidP="003215D3">
            <w:pPr>
              <w:spacing w:after="20"/>
              <w:rPr>
                <w:rFonts w:asciiTheme="majorHAnsi" w:hAnsiTheme="majorHAnsi" w:cstheme="majorHAnsi"/>
                <w:b/>
                <w:bCs/>
                <w:lang w:val="pl-PL"/>
              </w:rPr>
            </w:pPr>
          </w:p>
        </w:tc>
      </w:tr>
      <w:tr w:rsidR="008F4BFE" w:rsidRPr="003215D3" w14:paraId="143DADAA" w14:textId="77777777" w:rsidTr="008F4B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D9A3AD9" w14:textId="18FC5F6D" w:rsidR="008F4BFE" w:rsidRPr="003215D3" w:rsidRDefault="008F4BFE" w:rsidP="003215D3">
            <w:pPr>
              <w:spacing w:after="20"/>
              <w:rPr>
                <w:rFonts w:asciiTheme="majorHAnsi" w:hAnsiTheme="majorHAnsi" w:cstheme="majorHAnsi"/>
                <w:b/>
                <w:bCs/>
                <w:lang w:val="pl-PL"/>
              </w:rPr>
            </w:pPr>
            <w:r>
              <w:rPr>
                <w:rFonts w:asciiTheme="majorHAnsi" w:hAnsiTheme="majorHAnsi" w:cstheme="majorHAnsi"/>
                <w:b/>
                <w:bCs/>
                <w:lang w:val="pl-PL"/>
              </w:rPr>
              <w:t>Imię dziecka:</w:t>
            </w:r>
          </w:p>
        </w:tc>
        <w:tc>
          <w:tcPr>
            <w:tcW w:w="7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0D05AF1" w14:textId="77777777" w:rsidR="008F4BFE" w:rsidRPr="003215D3" w:rsidRDefault="008F4BFE" w:rsidP="003215D3">
            <w:pPr>
              <w:spacing w:after="20"/>
              <w:rPr>
                <w:rFonts w:asciiTheme="majorHAnsi" w:hAnsiTheme="majorHAnsi" w:cstheme="majorHAnsi"/>
                <w:b/>
                <w:bCs/>
                <w:lang w:val="pl-PL"/>
              </w:rPr>
            </w:pPr>
          </w:p>
        </w:tc>
      </w:tr>
      <w:tr w:rsidR="003215D3" w:rsidRPr="003215D3" w14:paraId="5903D3EB" w14:textId="77777777" w:rsidTr="008F4B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E5985D" w14:textId="77777777" w:rsidR="003215D3" w:rsidRPr="003215D3" w:rsidRDefault="003215D3" w:rsidP="003215D3">
            <w:pPr>
              <w:spacing w:after="20"/>
              <w:rPr>
                <w:rFonts w:asciiTheme="majorHAnsi" w:hAnsiTheme="majorHAnsi" w:cstheme="majorHAnsi"/>
                <w:b/>
                <w:bCs/>
                <w:lang w:val="pl-PL"/>
              </w:rPr>
            </w:pPr>
            <w:r w:rsidRPr="003215D3">
              <w:rPr>
                <w:rFonts w:asciiTheme="majorHAnsi" w:hAnsiTheme="majorHAnsi" w:cstheme="majorHAnsi"/>
                <w:b/>
                <w:bCs/>
                <w:lang w:val="pl-PL"/>
              </w:rPr>
              <w:t>Wiek dziecka:</w:t>
            </w:r>
          </w:p>
        </w:tc>
        <w:tc>
          <w:tcPr>
            <w:tcW w:w="7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F130DC3" w14:textId="77777777" w:rsidR="003215D3" w:rsidRPr="003215D3" w:rsidRDefault="003215D3" w:rsidP="003215D3">
            <w:pPr>
              <w:spacing w:after="20"/>
              <w:rPr>
                <w:rFonts w:asciiTheme="majorHAnsi" w:hAnsiTheme="majorHAnsi" w:cstheme="majorHAnsi"/>
                <w:b/>
                <w:bCs/>
                <w:lang w:val="pl-PL"/>
              </w:rPr>
            </w:pPr>
          </w:p>
        </w:tc>
      </w:tr>
      <w:tr w:rsidR="008F4BFE" w:rsidRPr="003215D3" w14:paraId="097AACB0" w14:textId="77777777" w:rsidTr="008F4B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0C0365A" w14:textId="44F901C0" w:rsidR="008F4BFE" w:rsidRPr="003215D3" w:rsidRDefault="008F4BFE" w:rsidP="003215D3">
            <w:pPr>
              <w:spacing w:after="20"/>
              <w:rPr>
                <w:rFonts w:asciiTheme="majorHAnsi" w:hAnsiTheme="majorHAnsi" w:cstheme="majorHAnsi"/>
                <w:b/>
                <w:bCs/>
                <w:lang w:val="pl-PL"/>
              </w:rPr>
            </w:pPr>
            <w:r>
              <w:rPr>
                <w:rFonts w:asciiTheme="majorHAnsi" w:hAnsiTheme="majorHAnsi" w:cstheme="majorHAnsi"/>
                <w:b/>
                <w:bCs/>
                <w:lang w:val="pl-PL"/>
              </w:rPr>
              <w:t>Rozmiar koszulki</w:t>
            </w:r>
            <w:r w:rsidR="00F16942">
              <w:rPr>
                <w:rFonts w:asciiTheme="majorHAnsi" w:hAnsiTheme="majorHAnsi" w:cstheme="majorHAnsi"/>
                <w:b/>
                <w:bCs/>
                <w:lang w:val="pl-PL"/>
              </w:rPr>
              <w:t>:</w:t>
            </w:r>
          </w:p>
        </w:tc>
        <w:tc>
          <w:tcPr>
            <w:tcW w:w="7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8F210C8" w14:textId="17F08213" w:rsidR="008F4BFE" w:rsidRPr="003215D3" w:rsidRDefault="00F16942" w:rsidP="003215D3">
            <w:pPr>
              <w:spacing w:after="20"/>
              <w:rPr>
                <w:rFonts w:asciiTheme="majorHAnsi" w:hAnsiTheme="majorHAnsi" w:cstheme="majorHAnsi"/>
                <w:b/>
                <w:bCs/>
                <w:lang w:val="pl-PL"/>
              </w:rPr>
            </w:pPr>
            <w:r w:rsidRPr="00F16942">
              <w:rPr>
                <w:rFonts w:asciiTheme="majorHAnsi" w:hAnsiTheme="majorHAnsi" w:cstheme="majorHAnsi"/>
                <w:b/>
                <w:bCs/>
                <w:lang w:val="pl-PL"/>
              </w:rPr>
              <w:t>104, 110, 116, 122, 128, 13</w:t>
            </w:r>
            <w:r w:rsidR="0002361A">
              <w:rPr>
                <w:rFonts w:asciiTheme="majorHAnsi" w:hAnsiTheme="majorHAnsi" w:cstheme="majorHAnsi"/>
                <w:b/>
                <w:bCs/>
                <w:lang w:val="pl-PL"/>
              </w:rPr>
              <w:t>4 (</w:t>
            </w:r>
            <w:r w:rsidR="0002361A" w:rsidRPr="0002361A">
              <w:rPr>
                <w:rFonts w:asciiTheme="majorHAnsi" w:hAnsiTheme="majorHAnsi" w:cstheme="majorHAnsi"/>
                <w:b/>
                <w:bCs/>
                <w:lang w:val="pl-PL"/>
              </w:rPr>
              <w:t>właściwy otoczyć kółkiem</w:t>
            </w:r>
            <w:r w:rsidR="0002361A">
              <w:rPr>
                <w:rFonts w:asciiTheme="majorHAnsi" w:hAnsiTheme="majorHAnsi" w:cstheme="majorHAnsi"/>
                <w:b/>
                <w:bCs/>
                <w:lang w:val="pl-PL"/>
              </w:rPr>
              <w:t>)</w:t>
            </w:r>
          </w:p>
        </w:tc>
      </w:tr>
    </w:tbl>
    <w:p w14:paraId="02E5D5A9" w14:textId="77777777" w:rsidR="003215D3" w:rsidRDefault="003215D3" w:rsidP="003215D3">
      <w:pPr>
        <w:spacing w:after="20"/>
        <w:rPr>
          <w:rFonts w:asciiTheme="majorHAnsi" w:hAnsiTheme="majorHAnsi" w:cstheme="majorHAnsi"/>
          <w:b/>
          <w:bCs/>
          <w:lang w:val="pl-PL"/>
        </w:rPr>
      </w:pPr>
    </w:p>
    <w:p w14:paraId="5085DEBD" w14:textId="77777777" w:rsidR="00FD00BC" w:rsidRDefault="00FD00BC" w:rsidP="003215D3">
      <w:pPr>
        <w:spacing w:after="20"/>
        <w:rPr>
          <w:rFonts w:asciiTheme="majorHAnsi" w:hAnsiTheme="majorHAnsi" w:cstheme="majorHAnsi"/>
          <w:b/>
          <w:bCs/>
          <w:lang w:val="pl-PL"/>
        </w:rPr>
      </w:pPr>
    </w:p>
    <w:p w14:paraId="66C4326B" w14:textId="77777777" w:rsidR="0032347B" w:rsidRPr="003215D3" w:rsidRDefault="0032347B" w:rsidP="003215D3">
      <w:pPr>
        <w:spacing w:after="20"/>
        <w:rPr>
          <w:rFonts w:asciiTheme="majorHAnsi" w:hAnsiTheme="majorHAnsi" w:cstheme="majorHAnsi"/>
          <w:b/>
          <w:bCs/>
          <w:lang w:val="pl-PL"/>
        </w:rPr>
      </w:pPr>
    </w:p>
    <w:p w14:paraId="46426E77" w14:textId="0BDDE68E" w:rsidR="003215D3" w:rsidRPr="003215D3" w:rsidRDefault="003215D3" w:rsidP="003215D3">
      <w:pPr>
        <w:spacing w:after="20"/>
        <w:rPr>
          <w:rFonts w:asciiTheme="majorHAnsi" w:hAnsiTheme="majorHAnsi" w:cstheme="majorHAnsi"/>
          <w:b/>
          <w:bCs/>
          <w:lang w:val="pl-PL"/>
        </w:rPr>
      </w:pPr>
      <w:r w:rsidRPr="003215D3">
        <w:rPr>
          <w:rFonts w:asciiTheme="majorHAnsi" w:hAnsiTheme="majorHAnsi" w:cstheme="majorHAnsi"/>
          <w:b/>
          <w:bCs/>
          <w:lang w:val="pl-PL"/>
        </w:rPr>
        <w:t>3. WYBÓR TRASY</w:t>
      </w:r>
      <w:r w:rsidR="00CA1376">
        <w:rPr>
          <w:rFonts w:asciiTheme="majorHAnsi" w:hAnsiTheme="majorHAnsi" w:cstheme="majorHAnsi"/>
          <w:b/>
          <w:bCs/>
          <w:lang w:val="pl-PL"/>
        </w:rPr>
        <w:t xml:space="preserve"> (zaznaczyć właściwą)</w:t>
      </w:r>
    </w:p>
    <w:p w14:paraId="7D949C4D" w14:textId="77777777" w:rsidR="003215D3" w:rsidRPr="003215D3" w:rsidRDefault="003215D3" w:rsidP="003215D3">
      <w:pPr>
        <w:numPr>
          <w:ilvl w:val="0"/>
          <w:numId w:val="14"/>
        </w:numPr>
        <w:spacing w:after="20"/>
        <w:rPr>
          <w:rFonts w:asciiTheme="majorHAnsi" w:hAnsiTheme="majorHAnsi" w:cstheme="majorHAnsi"/>
          <w:b/>
          <w:bCs/>
          <w:lang w:val="pl-PL"/>
        </w:rPr>
      </w:pPr>
      <w:r w:rsidRPr="003215D3">
        <w:rPr>
          <w:rFonts w:asciiTheme="majorHAnsi" w:hAnsiTheme="majorHAnsi" w:cstheme="majorHAnsi"/>
          <w:b/>
          <w:bCs/>
          <w:lang w:val="pl-PL"/>
        </w:rPr>
        <w:t>[    ] Trasa nr 1 – NIEBIESKA (ok. 17,5 km) - spokojniejsza, dedykowana dla rodzin</w:t>
      </w:r>
    </w:p>
    <w:p w14:paraId="493D3B58" w14:textId="77777777" w:rsidR="003215D3" w:rsidRPr="003215D3" w:rsidRDefault="003215D3" w:rsidP="003215D3">
      <w:pPr>
        <w:numPr>
          <w:ilvl w:val="0"/>
          <w:numId w:val="14"/>
        </w:numPr>
        <w:spacing w:after="20"/>
        <w:rPr>
          <w:rFonts w:asciiTheme="majorHAnsi" w:hAnsiTheme="majorHAnsi" w:cstheme="majorHAnsi"/>
          <w:b/>
          <w:bCs/>
          <w:lang w:val="pl-PL"/>
        </w:rPr>
      </w:pPr>
      <w:r w:rsidRPr="003215D3">
        <w:rPr>
          <w:rFonts w:asciiTheme="majorHAnsi" w:hAnsiTheme="majorHAnsi" w:cstheme="majorHAnsi"/>
          <w:b/>
          <w:bCs/>
          <w:lang w:val="pl-PL"/>
        </w:rPr>
        <w:t>[    ] Trasa nr 2 – CZERWONA (ok. 42 km) - dłuższa, bardziej wymagająca</w:t>
      </w:r>
    </w:p>
    <w:p w14:paraId="4D1A8518" w14:textId="77777777" w:rsidR="003215D3" w:rsidRPr="003215D3" w:rsidRDefault="003215D3" w:rsidP="003215D3">
      <w:pPr>
        <w:spacing w:after="20"/>
        <w:rPr>
          <w:rFonts w:asciiTheme="majorHAnsi" w:hAnsiTheme="majorHAnsi" w:cstheme="majorHAnsi"/>
          <w:b/>
          <w:bCs/>
          <w:lang w:val="pl-PL"/>
        </w:rPr>
      </w:pPr>
    </w:p>
    <w:p w14:paraId="4309FC78" w14:textId="77777777" w:rsidR="0032347B" w:rsidRDefault="0032347B" w:rsidP="003215D3">
      <w:pPr>
        <w:spacing w:after="20"/>
        <w:rPr>
          <w:rFonts w:asciiTheme="majorHAnsi" w:hAnsiTheme="majorHAnsi" w:cstheme="majorHAnsi"/>
          <w:b/>
          <w:bCs/>
          <w:lang w:val="pl-PL"/>
        </w:rPr>
      </w:pPr>
    </w:p>
    <w:p w14:paraId="0FD4655C" w14:textId="77777777" w:rsidR="0032347B" w:rsidRDefault="0032347B" w:rsidP="003215D3">
      <w:pPr>
        <w:spacing w:after="20"/>
        <w:rPr>
          <w:rFonts w:asciiTheme="majorHAnsi" w:hAnsiTheme="majorHAnsi" w:cstheme="majorHAnsi"/>
          <w:b/>
          <w:bCs/>
          <w:lang w:val="pl-PL"/>
        </w:rPr>
      </w:pPr>
    </w:p>
    <w:p w14:paraId="0BE47251" w14:textId="77777777" w:rsidR="00EF6E0E" w:rsidRDefault="00EF6E0E" w:rsidP="00EF6E0E">
      <w:pPr>
        <w:spacing w:after="20"/>
        <w:rPr>
          <w:rFonts w:asciiTheme="majorHAnsi" w:hAnsiTheme="majorHAnsi" w:cstheme="majorHAnsi"/>
          <w:b/>
          <w:bCs/>
          <w:lang w:val="pl-PL"/>
        </w:rPr>
      </w:pPr>
    </w:p>
    <w:p w14:paraId="40DC4D27" w14:textId="35D84100" w:rsidR="00E05245" w:rsidRPr="00EF6E0E" w:rsidRDefault="0032347B" w:rsidP="00EF6E0E">
      <w:pPr>
        <w:spacing w:after="20"/>
        <w:rPr>
          <w:rFonts w:asciiTheme="majorHAnsi" w:hAnsiTheme="majorHAnsi" w:cstheme="majorHAnsi"/>
          <w:b/>
          <w:bCs/>
          <w:lang w:val="pl-PL"/>
        </w:rPr>
      </w:pPr>
      <w:r>
        <w:rPr>
          <w:rFonts w:asciiTheme="majorHAnsi" w:hAnsiTheme="majorHAnsi" w:cstheme="majorHAnsi"/>
          <w:b/>
          <w:bCs/>
          <w:lang w:val="pl-PL"/>
        </w:rPr>
        <w:lastRenderedPageBreak/>
        <w:t>4</w:t>
      </w:r>
      <w:r w:rsidR="00E05245" w:rsidRPr="00EF6E0E">
        <w:rPr>
          <w:rFonts w:asciiTheme="majorHAnsi" w:hAnsiTheme="majorHAnsi" w:cstheme="majorHAnsi"/>
          <w:b/>
          <w:bCs/>
          <w:lang w:val="pl-PL"/>
        </w:rPr>
        <w:t>. Dobrowolna darowizna</w:t>
      </w:r>
    </w:p>
    <w:p w14:paraId="5E88B353" w14:textId="77777777" w:rsidR="00E05245" w:rsidRPr="00EF6E0E" w:rsidRDefault="00E05245" w:rsidP="00EF6E0E">
      <w:pPr>
        <w:spacing w:after="20"/>
        <w:rPr>
          <w:rFonts w:asciiTheme="majorHAnsi" w:hAnsiTheme="majorHAnsi" w:cstheme="majorHAnsi"/>
          <w:lang w:val="pl-PL"/>
        </w:rPr>
      </w:pPr>
      <w:r w:rsidRPr="00EF6E0E">
        <w:rPr>
          <w:rFonts w:asciiTheme="majorHAnsi" w:hAnsiTheme="majorHAnsi" w:cstheme="majorHAnsi"/>
          <w:lang w:val="pl-PL"/>
        </w:rPr>
        <w:t>Prosimy o dobrowolną darowiznę w sugerowanej wysokości 30 zł za każdego uczestnika (również dziecko w foteliku) na statutowe działania Stowarzyszenia TRZY WYMIARY.</w:t>
      </w:r>
    </w:p>
    <w:p w14:paraId="3D544F0B" w14:textId="527D1C2B" w:rsidR="00E05245" w:rsidRPr="00752E03" w:rsidRDefault="00E05245" w:rsidP="00EF6E0E">
      <w:pPr>
        <w:spacing w:after="20"/>
        <w:rPr>
          <w:rFonts w:asciiTheme="majorHAnsi" w:hAnsiTheme="majorHAnsi" w:cstheme="majorHAnsi"/>
          <w:b/>
          <w:bCs/>
          <w:lang w:val="pl-PL"/>
        </w:rPr>
      </w:pPr>
      <w:proofErr w:type="spellStart"/>
      <w:r w:rsidRPr="00752E03">
        <w:rPr>
          <w:rFonts w:asciiTheme="majorHAnsi" w:hAnsiTheme="majorHAnsi" w:cstheme="majorHAnsi"/>
          <w:b/>
          <w:bCs/>
          <w:lang w:val="pl-PL"/>
        </w:rPr>
        <w:t>Nest</w:t>
      </w:r>
      <w:proofErr w:type="spellEnd"/>
      <w:r w:rsidRPr="00752E03">
        <w:rPr>
          <w:rFonts w:asciiTheme="majorHAnsi" w:hAnsiTheme="majorHAnsi" w:cstheme="majorHAnsi"/>
          <w:b/>
          <w:bCs/>
          <w:lang w:val="pl-PL"/>
        </w:rPr>
        <w:t xml:space="preserve"> Bank – rachunek</w:t>
      </w:r>
      <w:r w:rsidR="00EF6E0E" w:rsidRPr="00752E03">
        <w:rPr>
          <w:rFonts w:asciiTheme="majorHAnsi" w:hAnsiTheme="majorHAnsi" w:cstheme="majorHAnsi"/>
          <w:b/>
          <w:bCs/>
          <w:lang w:val="pl-PL"/>
        </w:rPr>
        <w:t xml:space="preserve"> nr</w:t>
      </w:r>
      <w:r w:rsidRPr="00752E03">
        <w:rPr>
          <w:rFonts w:asciiTheme="majorHAnsi" w:hAnsiTheme="majorHAnsi" w:cstheme="majorHAnsi"/>
          <w:b/>
          <w:bCs/>
          <w:lang w:val="pl-PL"/>
        </w:rPr>
        <w:tab/>
        <w:t>10 1870 1045 2083 1087 2535 0001</w:t>
      </w:r>
    </w:p>
    <w:p w14:paraId="6669354E" w14:textId="2F211EDD" w:rsidR="00E05245" w:rsidRPr="00752E03" w:rsidRDefault="00E05245" w:rsidP="00EF6E0E">
      <w:pPr>
        <w:spacing w:after="20"/>
        <w:rPr>
          <w:rFonts w:asciiTheme="majorHAnsi" w:hAnsiTheme="majorHAnsi" w:cstheme="majorHAnsi"/>
          <w:b/>
          <w:bCs/>
          <w:lang w:val="pl-PL"/>
        </w:rPr>
      </w:pPr>
      <w:r w:rsidRPr="00EF6E0E">
        <w:rPr>
          <w:rFonts w:asciiTheme="majorHAnsi" w:hAnsiTheme="majorHAnsi" w:cstheme="majorHAnsi"/>
          <w:lang w:val="pl-PL"/>
        </w:rPr>
        <w:t>Tytuł przelewu</w:t>
      </w:r>
      <w:r w:rsidR="00EF6E0E">
        <w:rPr>
          <w:rFonts w:asciiTheme="majorHAnsi" w:hAnsiTheme="majorHAnsi" w:cstheme="majorHAnsi"/>
          <w:lang w:val="pl-PL"/>
        </w:rPr>
        <w:t>:</w:t>
      </w:r>
      <w:r w:rsidRPr="00EF6E0E">
        <w:rPr>
          <w:rFonts w:asciiTheme="majorHAnsi" w:hAnsiTheme="majorHAnsi" w:cstheme="majorHAnsi"/>
          <w:lang w:val="pl-PL"/>
        </w:rPr>
        <w:tab/>
      </w:r>
      <w:r w:rsidRPr="00752E03">
        <w:rPr>
          <w:rFonts w:asciiTheme="majorHAnsi" w:hAnsiTheme="majorHAnsi" w:cstheme="majorHAnsi"/>
          <w:b/>
          <w:bCs/>
          <w:lang w:val="pl-PL"/>
        </w:rPr>
        <w:t>Darowizna na cele statutowe + imię i nazwisko uczestnika</w:t>
      </w:r>
    </w:p>
    <w:p w14:paraId="2D58C86C" w14:textId="669FBF7C" w:rsidR="00EF6E0E" w:rsidRPr="0001761A" w:rsidRDefault="00E05245" w:rsidP="00EF6E0E">
      <w:pPr>
        <w:spacing w:after="20"/>
        <w:rPr>
          <w:rFonts w:asciiTheme="majorHAnsi" w:hAnsiTheme="majorHAnsi" w:cstheme="majorHAnsi"/>
          <w:lang w:val="pl-PL"/>
        </w:rPr>
      </w:pPr>
      <w:r w:rsidRPr="00EF6E0E">
        <w:rPr>
          <w:rFonts w:asciiTheme="majorHAnsi" w:hAnsiTheme="majorHAnsi" w:cstheme="majorHAnsi"/>
          <w:lang w:val="pl-PL"/>
        </w:rPr>
        <w:t>Darowizna jest dobrowolna, nie wpływa na udział i nie stanowi opłaty. Nie podlega zwrotowi, również w przypadku zmiany terminu, formuły lub odwołania rajdu.</w:t>
      </w:r>
    </w:p>
    <w:p w14:paraId="612AC09F" w14:textId="1A8A5D2E" w:rsidR="00E05245" w:rsidRPr="00EF6E0E" w:rsidRDefault="005F3ED3" w:rsidP="00EF6E0E">
      <w:pPr>
        <w:spacing w:after="20"/>
        <w:rPr>
          <w:rFonts w:asciiTheme="majorHAnsi" w:hAnsiTheme="majorHAnsi" w:cstheme="majorHAnsi"/>
          <w:b/>
          <w:bCs/>
          <w:lang w:val="pl-PL"/>
        </w:rPr>
      </w:pPr>
      <w:r>
        <w:rPr>
          <w:rFonts w:asciiTheme="majorHAnsi" w:hAnsiTheme="majorHAnsi" w:cstheme="majorHAnsi"/>
          <w:b/>
          <w:bCs/>
          <w:lang w:val="pl-PL"/>
        </w:rPr>
        <w:t>5</w:t>
      </w:r>
      <w:r w:rsidR="00E05245" w:rsidRPr="00EF6E0E">
        <w:rPr>
          <w:rFonts w:asciiTheme="majorHAnsi" w:hAnsiTheme="majorHAnsi" w:cstheme="majorHAnsi"/>
          <w:b/>
          <w:bCs/>
          <w:lang w:val="pl-PL"/>
        </w:rPr>
        <w:t>. Zmiana terminu lub odwołanie rajdu</w:t>
      </w:r>
    </w:p>
    <w:p w14:paraId="2015D12F" w14:textId="39B0969D" w:rsidR="00EF6E0E" w:rsidRPr="0001761A" w:rsidRDefault="00E05245" w:rsidP="00EF6E0E">
      <w:pPr>
        <w:spacing w:after="20"/>
        <w:rPr>
          <w:rFonts w:asciiTheme="majorHAnsi" w:hAnsiTheme="majorHAnsi" w:cstheme="majorHAnsi"/>
          <w:lang w:val="pl-PL"/>
        </w:rPr>
      </w:pPr>
      <w:r w:rsidRPr="00EF6E0E">
        <w:rPr>
          <w:rFonts w:asciiTheme="majorHAnsi" w:hAnsiTheme="majorHAnsi" w:cstheme="majorHAnsi"/>
          <w:lang w:val="pl-PL"/>
        </w:rPr>
        <w:t>Organizator może zmienić termin, trasę lub formułę, czasowo wstrzymać albo odwołać rajd z przyczyn niezależnych, m.in. z powodu pogody, zagrożenia bezpieczeństwa, decyzji służb lub organów administracji oraz siły wyższej. Informacja zostanie przekazana poprzez dane kontaktowe i kanały informacyjne organizatora.</w:t>
      </w:r>
    </w:p>
    <w:p w14:paraId="43EA94E9" w14:textId="3D7DD889" w:rsidR="00EF6E0E" w:rsidRPr="00EF6E0E" w:rsidRDefault="005F3ED3" w:rsidP="00EF6E0E">
      <w:pPr>
        <w:spacing w:after="20"/>
        <w:rPr>
          <w:rFonts w:asciiTheme="majorHAnsi" w:hAnsiTheme="majorHAnsi" w:cstheme="majorHAnsi"/>
          <w:b/>
          <w:bCs/>
          <w:lang w:val="pl-PL"/>
        </w:rPr>
      </w:pPr>
      <w:r>
        <w:rPr>
          <w:rFonts w:asciiTheme="majorHAnsi" w:hAnsiTheme="majorHAnsi" w:cstheme="majorHAnsi"/>
          <w:b/>
          <w:bCs/>
          <w:lang w:val="pl-PL"/>
        </w:rPr>
        <w:t>6</w:t>
      </w:r>
      <w:r w:rsidR="00EF6E0E" w:rsidRPr="00EF6E0E">
        <w:rPr>
          <w:rFonts w:asciiTheme="majorHAnsi" w:hAnsiTheme="majorHAnsi" w:cstheme="majorHAnsi"/>
          <w:b/>
          <w:bCs/>
          <w:lang w:val="pl-PL"/>
        </w:rPr>
        <w:t>. Informacja o przetwarzaniu danych osobowych</w:t>
      </w:r>
    </w:p>
    <w:p w14:paraId="195F8C88" w14:textId="77777777" w:rsidR="00EF6E0E" w:rsidRPr="00EF6E0E" w:rsidRDefault="00EF6E0E" w:rsidP="00EF6E0E">
      <w:pPr>
        <w:spacing w:after="20"/>
        <w:rPr>
          <w:rFonts w:asciiTheme="majorHAnsi" w:hAnsiTheme="majorHAnsi" w:cstheme="majorHAnsi"/>
          <w:lang w:val="pl-PL"/>
        </w:rPr>
      </w:pPr>
      <w:r w:rsidRPr="00EF6E0E">
        <w:rPr>
          <w:rFonts w:asciiTheme="majorHAnsi" w:hAnsiTheme="majorHAnsi" w:cstheme="majorHAnsi"/>
          <w:lang w:val="pl-PL"/>
        </w:rPr>
        <w:t>Administrator: Stowarzyszenie TRZY WYMIARY, Dobra 55F, 56-410 Dobroszyce, kskorna@gmail.com.</w:t>
      </w:r>
    </w:p>
    <w:p w14:paraId="019F07BD" w14:textId="77777777" w:rsidR="00EF6E0E" w:rsidRPr="00EF6E0E" w:rsidRDefault="00EF6E0E" w:rsidP="00EF6E0E">
      <w:pPr>
        <w:spacing w:after="20"/>
        <w:rPr>
          <w:rFonts w:asciiTheme="majorHAnsi" w:hAnsiTheme="majorHAnsi" w:cstheme="majorHAnsi"/>
          <w:lang w:val="pl-PL"/>
        </w:rPr>
      </w:pPr>
      <w:r w:rsidRPr="00EF6E0E">
        <w:rPr>
          <w:rFonts w:asciiTheme="majorHAnsi" w:hAnsiTheme="majorHAnsi" w:cstheme="majorHAnsi"/>
          <w:lang w:val="pl-PL"/>
        </w:rPr>
        <w:t>Cele i podstawy: Zgłoszenie, organizacja i bezpieczeństwo rajdu, kontakt, rozliczenie i dochodzenie roszczeń oraz – za zgodą – utrwalanie i rozpowszechnianie wizerunku; podstawą są działania związane z udziałem, obowiązki prawne, uzasadniony interes i zgoda.</w:t>
      </w:r>
    </w:p>
    <w:p w14:paraId="4CF89854" w14:textId="77777777" w:rsidR="00EF6E0E" w:rsidRPr="00EF6E0E" w:rsidRDefault="00EF6E0E" w:rsidP="00EF6E0E">
      <w:pPr>
        <w:spacing w:after="20"/>
        <w:rPr>
          <w:rFonts w:asciiTheme="majorHAnsi" w:hAnsiTheme="majorHAnsi" w:cstheme="majorHAnsi"/>
          <w:lang w:val="pl-PL"/>
        </w:rPr>
      </w:pPr>
      <w:r w:rsidRPr="00EF6E0E">
        <w:rPr>
          <w:rFonts w:asciiTheme="majorHAnsi" w:hAnsiTheme="majorHAnsi" w:cstheme="majorHAnsi"/>
          <w:lang w:val="pl-PL"/>
        </w:rPr>
        <w:t>Odbiorcy i okres: Podmioty wspierające organizację, służby i dostawcy usług; dane przechowujemy do zakończenia rozliczeń i upływu okresu roszczeń, a wizerunek do realizacji celu lub wycofania zgody.</w:t>
      </w:r>
    </w:p>
    <w:p w14:paraId="77F8B0F8" w14:textId="77777777" w:rsidR="00EF6E0E" w:rsidRPr="00EF6E0E" w:rsidRDefault="00EF6E0E" w:rsidP="00EF6E0E">
      <w:pPr>
        <w:spacing w:after="20"/>
        <w:rPr>
          <w:rFonts w:asciiTheme="majorHAnsi" w:hAnsiTheme="majorHAnsi" w:cstheme="majorHAnsi"/>
          <w:lang w:val="pl-PL"/>
        </w:rPr>
      </w:pPr>
      <w:r w:rsidRPr="00EF6E0E">
        <w:rPr>
          <w:rFonts w:asciiTheme="majorHAnsi" w:hAnsiTheme="majorHAnsi" w:cstheme="majorHAnsi"/>
          <w:lang w:val="pl-PL"/>
        </w:rPr>
        <w:t>Prawa: Dostęp, sprostowanie, usunięcie, ograniczenie, sprzeciw, przenoszenie, wycofanie zgody i skarga do Prezesa UODO.</w:t>
      </w:r>
    </w:p>
    <w:p w14:paraId="1C6B80D3" w14:textId="75728332" w:rsidR="00EF6E0E" w:rsidRPr="0001761A" w:rsidRDefault="00EF6E0E" w:rsidP="00EF6E0E">
      <w:pPr>
        <w:spacing w:after="20"/>
        <w:rPr>
          <w:rFonts w:asciiTheme="majorHAnsi" w:hAnsiTheme="majorHAnsi" w:cstheme="majorHAnsi"/>
          <w:lang w:val="pl-PL"/>
        </w:rPr>
      </w:pPr>
      <w:r w:rsidRPr="00EF6E0E">
        <w:rPr>
          <w:rFonts w:asciiTheme="majorHAnsi" w:hAnsiTheme="majorHAnsi" w:cstheme="majorHAnsi"/>
          <w:lang w:val="pl-PL"/>
        </w:rPr>
        <w:t>Dobrowolność: Dane zgłoszeniowe są konieczne do udziału; zgoda na wizerunek jest dobrowolna i jej brak nie wyklucza z rajdu.</w:t>
      </w:r>
    </w:p>
    <w:p w14:paraId="0344A0D2" w14:textId="0006B572" w:rsidR="00E05245" w:rsidRPr="00EF6E0E" w:rsidRDefault="00EF6E0E" w:rsidP="00EF6E0E">
      <w:pPr>
        <w:spacing w:after="20"/>
        <w:rPr>
          <w:rFonts w:asciiTheme="majorHAnsi" w:hAnsiTheme="majorHAnsi" w:cstheme="majorHAnsi"/>
          <w:b/>
          <w:bCs/>
          <w:lang w:val="pl-PL"/>
        </w:rPr>
      </w:pPr>
      <w:r>
        <w:rPr>
          <w:rFonts w:asciiTheme="majorHAnsi" w:hAnsiTheme="majorHAnsi" w:cstheme="majorHAnsi"/>
          <w:b/>
          <w:bCs/>
          <w:lang w:val="pl-PL"/>
        </w:rPr>
        <w:t>6</w:t>
      </w:r>
      <w:r w:rsidR="00E05245" w:rsidRPr="00EF6E0E">
        <w:rPr>
          <w:rFonts w:asciiTheme="majorHAnsi" w:hAnsiTheme="majorHAnsi" w:cstheme="majorHAnsi"/>
          <w:b/>
          <w:bCs/>
          <w:lang w:val="pl-PL"/>
        </w:rPr>
        <w:t>. Oświadczenia uczestnika / rodzica lub opiekuna prawnego</w:t>
      </w:r>
    </w:p>
    <w:p w14:paraId="7ADA44A5" w14:textId="77777777" w:rsidR="00E05245" w:rsidRPr="00EF6E0E" w:rsidRDefault="00E05245" w:rsidP="00EF6E0E">
      <w:pPr>
        <w:spacing w:after="20"/>
        <w:rPr>
          <w:rFonts w:asciiTheme="majorHAnsi" w:hAnsiTheme="majorHAnsi" w:cstheme="majorHAnsi"/>
          <w:lang w:val="pl-PL"/>
        </w:rPr>
      </w:pPr>
      <w:r w:rsidRPr="00EF6E0E">
        <w:rPr>
          <w:rFonts w:ascii="Segoe UI Symbol" w:hAnsi="Segoe UI Symbol" w:cs="Segoe UI Symbol"/>
          <w:lang w:val="pl-PL"/>
        </w:rPr>
        <w:t>☐</w:t>
      </w:r>
      <w:r w:rsidRPr="00EF6E0E">
        <w:rPr>
          <w:rFonts w:asciiTheme="majorHAnsi" w:hAnsiTheme="majorHAnsi" w:cstheme="majorHAnsi"/>
          <w:lang w:val="pl-PL"/>
        </w:rPr>
        <w:t xml:space="preserve"> Znam i akceptuję regulamin rajdu oraz zobowiązuję się go przestrzegać.</w:t>
      </w:r>
    </w:p>
    <w:p w14:paraId="22885C2A" w14:textId="77777777" w:rsidR="00E05245" w:rsidRPr="00EF6E0E" w:rsidRDefault="00E05245" w:rsidP="00EF6E0E">
      <w:pPr>
        <w:spacing w:after="20"/>
        <w:rPr>
          <w:rFonts w:asciiTheme="majorHAnsi" w:hAnsiTheme="majorHAnsi" w:cstheme="majorHAnsi"/>
          <w:lang w:val="pl-PL"/>
        </w:rPr>
      </w:pPr>
      <w:r w:rsidRPr="00EF6E0E">
        <w:rPr>
          <w:rFonts w:ascii="Segoe UI Symbol" w:hAnsi="Segoe UI Symbol" w:cs="Segoe UI Symbol"/>
          <w:lang w:val="pl-PL"/>
        </w:rPr>
        <w:t>☐</w:t>
      </w:r>
      <w:r w:rsidRPr="00EF6E0E">
        <w:rPr>
          <w:rFonts w:asciiTheme="majorHAnsi" w:hAnsiTheme="majorHAnsi" w:cstheme="majorHAnsi"/>
          <w:lang w:val="pl-PL"/>
        </w:rPr>
        <w:t xml:space="preserve"> Stan zdrowia uczestnika oraz – jeśli dotyczy – dziecka przewożonego w foteliku pozwala na udział w rajdzie; udział jest dobrowolny i zgodny z naszymi możliwościami.</w:t>
      </w:r>
    </w:p>
    <w:p w14:paraId="64448927" w14:textId="77777777" w:rsidR="00E05245" w:rsidRPr="00EF6E0E" w:rsidRDefault="00E05245" w:rsidP="00EF6E0E">
      <w:pPr>
        <w:spacing w:after="20"/>
        <w:rPr>
          <w:rFonts w:asciiTheme="majorHAnsi" w:hAnsiTheme="majorHAnsi" w:cstheme="majorHAnsi"/>
          <w:lang w:val="pl-PL"/>
        </w:rPr>
      </w:pPr>
      <w:r w:rsidRPr="00EF6E0E">
        <w:rPr>
          <w:rFonts w:ascii="Segoe UI Symbol" w:hAnsi="Segoe UI Symbol" w:cs="Segoe UI Symbol"/>
          <w:lang w:val="pl-PL"/>
        </w:rPr>
        <w:t>☐</w:t>
      </w:r>
      <w:r w:rsidRPr="00EF6E0E">
        <w:rPr>
          <w:rFonts w:asciiTheme="majorHAnsi" w:hAnsiTheme="majorHAnsi" w:cstheme="majorHAnsi"/>
          <w:lang w:val="pl-PL"/>
        </w:rPr>
        <w:t xml:space="preserve"> Rower jest sprawny i przepisowo wyposażony; uczestnik będzie posiadać kask, a fotelik dziecięcy – jeśli dotyczy – jest prawidłowo zamontowany i przeznaczony do przewozu dziecka.</w:t>
      </w:r>
    </w:p>
    <w:p w14:paraId="344E8B77" w14:textId="77777777" w:rsidR="00E05245" w:rsidRPr="00EF6E0E" w:rsidRDefault="00E05245" w:rsidP="00EF6E0E">
      <w:pPr>
        <w:spacing w:after="20"/>
        <w:rPr>
          <w:rFonts w:asciiTheme="majorHAnsi" w:hAnsiTheme="majorHAnsi" w:cstheme="majorHAnsi"/>
          <w:lang w:val="pl-PL"/>
        </w:rPr>
      </w:pPr>
      <w:r w:rsidRPr="00EF6E0E">
        <w:rPr>
          <w:rFonts w:ascii="Segoe UI Symbol" w:hAnsi="Segoe UI Symbol" w:cs="Segoe UI Symbol"/>
          <w:lang w:val="pl-PL"/>
        </w:rPr>
        <w:t>☐</w:t>
      </w:r>
      <w:r w:rsidRPr="00EF6E0E">
        <w:rPr>
          <w:rFonts w:asciiTheme="majorHAnsi" w:hAnsiTheme="majorHAnsi" w:cstheme="majorHAnsi"/>
          <w:lang w:val="pl-PL"/>
        </w:rPr>
        <w:t xml:space="preserve"> Zobowiązuję się przestrzegać przepisów oraz poleceń Organizatora i służb porządkowych.</w:t>
      </w:r>
    </w:p>
    <w:p w14:paraId="44491618" w14:textId="77777777" w:rsidR="00E05245" w:rsidRPr="00EF6E0E" w:rsidRDefault="00E05245" w:rsidP="00EF6E0E">
      <w:pPr>
        <w:spacing w:after="20"/>
        <w:rPr>
          <w:rFonts w:asciiTheme="majorHAnsi" w:hAnsiTheme="majorHAnsi" w:cstheme="majorHAnsi"/>
          <w:lang w:val="pl-PL"/>
        </w:rPr>
      </w:pPr>
      <w:r w:rsidRPr="00EF6E0E">
        <w:rPr>
          <w:rFonts w:ascii="Segoe UI Symbol" w:hAnsi="Segoe UI Symbol" w:cs="Segoe UI Symbol"/>
          <w:lang w:val="pl-PL"/>
        </w:rPr>
        <w:t>☐</w:t>
      </w:r>
      <w:r w:rsidRPr="00EF6E0E">
        <w:rPr>
          <w:rFonts w:asciiTheme="majorHAnsi" w:hAnsiTheme="majorHAnsi" w:cstheme="majorHAnsi"/>
          <w:lang w:val="pl-PL"/>
        </w:rPr>
        <w:t xml:space="preserve"> Jeżeli zgłoszenie dotyczy osoby niepełnoletniej lub dziecka w foteliku, jestem jej rodzicem albo opiekunem prawnym i wyrażam zgodę na udział w rajdzie.</w:t>
      </w:r>
    </w:p>
    <w:p w14:paraId="42E16398" w14:textId="77777777" w:rsidR="00E05245" w:rsidRPr="00EF6E0E" w:rsidRDefault="00E05245" w:rsidP="00EF6E0E">
      <w:pPr>
        <w:spacing w:after="20"/>
        <w:rPr>
          <w:rFonts w:asciiTheme="majorHAnsi" w:hAnsiTheme="majorHAnsi" w:cstheme="majorHAnsi"/>
          <w:lang w:val="pl-PL"/>
        </w:rPr>
      </w:pPr>
      <w:r w:rsidRPr="00EF6E0E">
        <w:rPr>
          <w:rFonts w:ascii="Segoe UI Symbol" w:hAnsi="Segoe UI Symbol" w:cs="Segoe UI Symbol"/>
          <w:lang w:val="pl-PL"/>
        </w:rPr>
        <w:t>☐</w:t>
      </w:r>
      <w:r w:rsidRPr="00EF6E0E">
        <w:rPr>
          <w:rFonts w:asciiTheme="majorHAnsi" w:hAnsiTheme="majorHAnsi" w:cstheme="majorHAnsi"/>
          <w:lang w:val="pl-PL"/>
        </w:rPr>
        <w:t xml:space="preserve"> Znam informację o dobrowolnej darowiźnie 30 zł za każdego uczestnika, również dziecko w foteliku, oraz przyjmuję możliwość zmiany lub odwołania rajdu i brak zwrotu darowizny.</w:t>
      </w:r>
    </w:p>
    <w:p w14:paraId="5BB6A5FE" w14:textId="77777777" w:rsidR="007354D3" w:rsidRDefault="007354D3" w:rsidP="00EF6E0E">
      <w:pPr>
        <w:spacing w:after="20"/>
        <w:rPr>
          <w:rFonts w:asciiTheme="majorHAnsi" w:hAnsiTheme="majorHAnsi" w:cstheme="majorHAnsi"/>
          <w:lang w:val="pl-PL"/>
        </w:rPr>
      </w:pPr>
      <w:r w:rsidRPr="00EF6E0E">
        <w:rPr>
          <w:rFonts w:ascii="Segoe UI Symbol" w:hAnsi="Segoe UI Symbol" w:cs="Segoe UI Symbol"/>
          <w:lang w:val="pl-PL"/>
        </w:rPr>
        <w:t>☐</w:t>
      </w:r>
      <w:r w:rsidRPr="00EF6E0E">
        <w:rPr>
          <w:rFonts w:asciiTheme="majorHAnsi" w:hAnsiTheme="majorHAnsi" w:cstheme="majorHAnsi"/>
          <w:lang w:val="pl-PL"/>
        </w:rPr>
        <w:t xml:space="preserve"> Przyjmuję do wiadomości, że Organizator nie zapewnia indywidualnego ubezpieczenia NNW ani ubezpieczenia roweru. Uczestnik bierze udział na własną odpowiedzialność i we własnym zakresie decyduje o wykupieniu ubezpieczenia; za osobę niepełnoletnią decyzję podejmuje rodzic lub opiekun prawny.</w:t>
      </w:r>
    </w:p>
    <w:p w14:paraId="489E7DF7" w14:textId="0660FD14" w:rsidR="005E1EA6" w:rsidRPr="005E1EA6" w:rsidRDefault="005E1EA6" w:rsidP="00EF6E0E">
      <w:pPr>
        <w:spacing w:after="20"/>
        <w:rPr>
          <w:rFonts w:asciiTheme="majorHAnsi" w:hAnsiTheme="majorHAnsi" w:cstheme="majorHAnsi"/>
          <w:lang w:val="pl-PL"/>
        </w:rPr>
      </w:pPr>
      <w:r w:rsidRPr="005E1EA6">
        <w:rPr>
          <w:rFonts w:ascii="Segoe UI Symbol" w:hAnsi="Segoe UI Symbol" w:cs="Segoe UI Symbol"/>
          <w:lang w:val="pl-PL"/>
        </w:rPr>
        <w:t>☐</w:t>
      </w:r>
      <w:r>
        <w:rPr>
          <w:rFonts w:asciiTheme="majorHAnsi" w:hAnsiTheme="majorHAnsi" w:cstheme="majorHAnsi"/>
          <w:lang w:val="pl-PL"/>
        </w:rPr>
        <w:t xml:space="preserve"> </w:t>
      </w:r>
      <w:r w:rsidRPr="005E1EA6">
        <w:rPr>
          <w:rFonts w:asciiTheme="majorHAnsi" w:hAnsiTheme="majorHAnsi" w:cstheme="majorHAnsi"/>
          <w:lang w:val="pl-PL"/>
        </w:rPr>
        <w:t>Wyrażam zgodę na wykorzystanie mojego wizerunku (zdjęcia/filmy z rajdu).</w:t>
      </w:r>
    </w:p>
    <w:p w14:paraId="090AF112" w14:textId="3B225805" w:rsidR="002D278A" w:rsidRPr="00EF6E0E" w:rsidRDefault="00DC7ABC" w:rsidP="00EF6E0E">
      <w:pPr>
        <w:spacing w:after="20"/>
        <w:rPr>
          <w:rFonts w:asciiTheme="majorHAnsi" w:hAnsiTheme="majorHAnsi" w:cstheme="majorHAnsi"/>
          <w:lang w:val="pl-PL"/>
        </w:rPr>
      </w:pPr>
      <w:r w:rsidRPr="00EF6E0E">
        <w:rPr>
          <w:rFonts w:asciiTheme="majorHAnsi" w:hAnsiTheme="majorHAnsi" w:cstheme="majorHAnsi"/>
          <w:lang w:val="pl-PL"/>
        </w:rPr>
        <w:t>Zgoda na wizerunek obejmuje dobrowolne i nieodpłatne utrwalanie oraz rozpowszechnianie wizerunku z rajdu w materiałach informacyjnych, dokumentacyjnych i promocyjnych Stowarzyszenia TRZY WYMIARY, w szczególności na stronie internetowej, w mediach społecznościowych oraz w materiałach obecnej i kolejnych edycji.</w:t>
      </w:r>
    </w:p>
    <w:p w14:paraId="40E525C2" w14:textId="77777777" w:rsidR="00EF6E0E" w:rsidRDefault="00EF6E0E" w:rsidP="00EF6E0E">
      <w:pPr>
        <w:spacing w:after="20"/>
        <w:rPr>
          <w:rFonts w:asciiTheme="majorHAnsi" w:hAnsiTheme="majorHAnsi" w:cstheme="majorHAnsi"/>
          <w:b/>
          <w:lang w:val="pl-PL"/>
        </w:rPr>
      </w:pPr>
    </w:p>
    <w:p w14:paraId="39D0F694" w14:textId="77777777" w:rsidR="005E6E1B" w:rsidRPr="00EF6E0E" w:rsidRDefault="005E6E1B" w:rsidP="00EF6E0E">
      <w:pPr>
        <w:spacing w:after="20"/>
        <w:rPr>
          <w:rFonts w:asciiTheme="majorHAnsi" w:hAnsiTheme="majorHAnsi" w:cstheme="majorHAnsi"/>
          <w:lang w:val="pl-PL"/>
        </w:rPr>
      </w:pPr>
    </w:p>
    <w:p w14:paraId="20905B7E" w14:textId="644778CF" w:rsidR="00E05245" w:rsidRPr="00EF6E0E" w:rsidRDefault="00E05245" w:rsidP="00EF6E0E">
      <w:pPr>
        <w:spacing w:after="20"/>
        <w:rPr>
          <w:rFonts w:asciiTheme="majorHAnsi" w:hAnsiTheme="majorHAnsi" w:cstheme="majorHAnsi"/>
          <w:lang w:val="pl-PL"/>
        </w:rPr>
      </w:pPr>
      <w:r w:rsidRPr="00EF6E0E">
        <w:rPr>
          <w:rFonts w:asciiTheme="majorHAnsi" w:hAnsiTheme="majorHAnsi" w:cstheme="majorHAnsi"/>
          <w:lang w:val="pl-PL"/>
        </w:rPr>
        <w:t>Miejscowość i data: ____________________   Czytelny podpis uczestnika</w:t>
      </w:r>
      <w:r w:rsidR="00EF6E0E">
        <w:rPr>
          <w:rFonts w:asciiTheme="majorHAnsi" w:hAnsiTheme="majorHAnsi" w:cstheme="majorHAnsi"/>
          <w:lang w:val="pl-PL"/>
        </w:rPr>
        <w:t>:</w:t>
      </w:r>
      <w:r w:rsidRPr="00EF6E0E">
        <w:rPr>
          <w:rFonts w:asciiTheme="majorHAnsi" w:hAnsiTheme="majorHAnsi" w:cstheme="majorHAnsi"/>
          <w:lang w:val="pl-PL"/>
        </w:rPr>
        <w:t xml:space="preserve"> ______________________________</w:t>
      </w:r>
    </w:p>
    <w:p w14:paraId="12108F89" w14:textId="03DE6653" w:rsidR="00E05245" w:rsidRPr="00EF6E0E" w:rsidRDefault="00E05245" w:rsidP="00EF6E0E">
      <w:pPr>
        <w:spacing w:after="20"/>
        <w:rPr>
          <w:rFonts w:asciiTheme="majorHAnsi" w:hAnsiTheme="majorHAnsi" w:cstheme="majorHAnsi"/>
          <w:lang w:val="pl-PL"/>
        </w:rPr>
      </w:pPr>
    </w:p>
    <w:sectPr w:rsidR="00E05245" w:rsidRPr="00EF6E0E" w:rsidSect="00E05245">
      <w:headerReference w:type="even" r:id="rId8"/>
      <w:headerReference w:type="default" r:id="rId9"/>
      <w:headerReference w:type="first" r:id="rId10"/>
      <w:pgSz w:w="12240" w:h="15840"/>
      <w:pgMar w:top="397" w:right="652" w:bottom="397" w:left="6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5B500" w14:textId="77777777" w:rsidR="00A3418E" w:rsidRDefault="00A3418E" w:rsidP="00E609B4">
      <w:pPr>
        <w:spacing w:after="0" w:line="240" w:lineRule="auto"/>
      </w:pPr>
      <w:r>
        <w:separator/>
      </w:r>
    </w:p>
  </w:endnote>
  <w:endnote w:type="continuationSeparator" w:id="0">
    <w:p w14:paraId="00F8A19A" w14:textId="77777777" w:rsidR="00A3418E" w:rsidRDefault="00A3418E" w:rsidP="00E60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0D9F1" w14:textId="77777777" w:rsidR="00A3418E" w:rsidRDefault="00A3418E" w:rsidP="00E609B4">
      <w:pPr>
        <w:spacing w:after="0" w:line="240" w:lineRule="auto"/>
      </w:pPr>
      <w:r>
        <w:separator/>
      </w:r>
    </w:p>
  </w:footnote>
  <w:footnote w:type="continuationSeparator" w:id="0">
    <w:p w14:paraId="33903FEE" w14:textId="77777777" w:rsidR="00A3418E" w:rsidRDefault="00A3418E" w:rsidP="00E60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771B6" w14:textId="77777777" w:rsidR="00E609B4" w:rsidRDefault="00000000">
    <w:pPr>
      <w:pStyle w:val="Nagwek"/>
    </w:pPr>
    <w:r>
      <w:rPr>
        <w:noProof/>
      </w:rPr>
      <w:pict w14:anchorId="39F200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284329" o:spid="_x0000_s1026" type="#_x0000_t75" style="position:absolute;margin-left:0;margin-top:0;width:498.45pt;height:494pt;z-index:-251657216;mso-position-horizontal:center;mso-position-horizontal-relative:margin;mso-position-vertical:center;mso-position-vertical-relative:margin" o:allowincell="f">
          <v:imagedata r:id="rId1" o:title="logo rajd - koł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CBB9F" w14:textId="77777777" w:rsidR="00E609B4" w:rsidRDefault="00000000">
    <w:pPr>
      <w:pStyle w:val="Nagwek"/>
    </w:pPr>
    <w:r>
      <w:rPr>
        <w:noProof/>
      </w:rPr>
      <w:pict w14:anchorId="665BD2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284330" o:spid="_x0000_s1027" type="#_x0000_t75" style="position:absolute;margin-left:0;margin-top:0;width:498.45pt;height:494pt;z-index:-251656192;mso-position-horizontal:center;mso-position-horizontal-relative:margin;mso-position-vertical:center;mso-position-vertical-relative:margin" o:allowincell="f">
          <v:imagedata r:id="rId1" o:title="logo rajd - koł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47294" w14:textId="77777777" w:rsidR="00E609B4" w:rsidRDefault="00000000">
    <w:pPr>
      <w:pStyle w:val="Nagwek"/>
    </w:pPr>
    <w:r>
      <w:rPr>
        <w:noProof/>
      </w:rPr>
      <w:pict w14:anchorId="74B0BF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284328" o:spid="_x0000_s1025" type="#_x0000_t75" style="position:absolute;margin-left:0;margin-top:0;width:498.45pt;height:494pt;z-index:-251658240;mso-position-horizontal:center;mso-position-horizontal-relative:margin;mso-position-vertical:center;mso-position-vertical-relative:margin" o:allowincell="f">
          <v:imagedata r:id="rId1" o:title="logo rajd - koł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BE554C8"/>
    <w:multiLevelType w:val="multilevel"/>
    <w:tmpl w:val="AD10E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C220E0"/>
    <w:multiLevelType w:val="hybridMultilevel"/>
    <w:tmpl w:val="7A661F96"/>
    <w:lvl w:ilvl="0" w:tplc="17101B3E"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1203C"/>
    <w:multiLevelType w:val="multilevel"/>
    <w:tmpl w:val="BAAE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00692D"/>
    <w:multiLevelType w:val="hybridMultilevel"/>
    <w:tmpl w:val="5A48D3F0"/>
    <w:lvl w:ilvl="0" w:tplc="2FA8A74A">
      <w:start w:val="14"/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593580"/>
    <w:multiLevelType w:val="hybridMultilevel"/>
    <w:tmpl w:val="7C74E772"/>
    <w:lvl w:ilvl="0" w:tplc="CF1A984E"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323701"/>
    <w:multiLevelType w:val="hybridMultilevel"/>
    <w:tmpl w:val="1170579A"/>
    <w:lvl w:ilvl="0" w:tplc="EFA2AA70"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935159">
    <w:abstractNumId w:val="8"/>
  </w:num>
  <w:num w:numId="2" w16cid:durableId="383918400">
    <w:abstractNumId w:val="6"/>
  </w:num>
  <w:num w:numId="3" w16cid:durableId="367686090">
    <w:abstractNumId w:val="5"/>
  </w:num>
  <w:num w:numId="4" w16cid:durableId="402873065">
    <w:abstractNumId w:val="4"/>
  </w:num>
  <w:num w:numId="5" w16cid:durableId="1238973871">
    <w:abstractNumId w:val="7"/>
  </w:num>
  <w:num w:numId="6" w16cid:durableId="520243933">
    <w:abstractNumId w:val="3"/>
  </w:num>
  <w:num w:numId="7" w16cid:durableId="408499084">
    <w:abstractNumId w:val="2"/>
  </w:num>
  <w:num w:numId="8" w16cid:durableId="23217916">
    <w:abstractNumId w:val="1"/>
  </w:num>
  <w:num w:numId="9" w16cid:durableId="1753820770">
    <w:abstractNumId w:val="0"/>
  </w:num>
  <w:num w:numId="10" w16cid:durableId="1482111286">
    <w:abstractNumId w:val="10"/>
  </w:num>
  <w:num w:numId="11" w16cid:durableId="1670937714">
    <w:abstractNumId w:val="13"/>
  </w:num>
  <w:num w:numId="12" w16cid:durableId="1872263135">
    <w:abstractNumId w:val="14"/>
  </w:num>
  <w:num w:numId="13" w16cid:durableId="565381977">
    <w:abstractNumId w:val="12"/>
  </w:num>
  <w:num w:numId="14" w16cid:durableId="1619409113">
    <w:abstractNumId w:val="11"/>
  </w:num>
  <w:num w:numId="15" w16cid:durableId="1679097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C5E"/>
    <w:rsid w:val="0001761A"/>
    <w:rsid w:val="0002361A"/>
    <w:rsid w:val="00034616"/>
    <w:rsid w:val="0006063C"/>
    <w:rsid w:val="0006183D"/>
    <w:rsid w:val="00064F60"/>
    <w:rsid w:val="0007122D"/>
    <w:rsid w:val="0009583C"/>
    <w:rsid w:val="00102615"/>
    <w:rsid w:val="001044B9"/>
    <w:rsid w:val="00116686"/>
    <w:rsid w:val="0012028D"/>
    <w:rsid w:val="0015074B"/>
    <w:rsid w:val="00152852"/>
    <w:rsid w:val="00167D60"/>
    <w:rsid w:val="001743BA"/>
    <w:rsid w:val="00183E46"/>
    <w:rsid w:val="00193045"/>
    <w:rsid w:val="001A2858"/>
    <w:rsid w:val="001B110F"/>
    <w:rsid w:val="001D4760"/>
    <w:rsid w:val="001F0255"/>
    <w:rsid w:val="00213BD3"/>
    <w:rsid w:val="00231B4D"/>
    <w:rsid w:val="0025764D"/>
    <w:rsid w:val="002849BC"/>
    <w:rsid w:val="0029639D"/>
    <w:rsid w:val="002C708A"/>
    <w:rsid w:val="002D278A"/>
    <w:rsid w:val="002F6C7F"/>
    <w:rsid w:val="003215D3"/>
    <w:rsid w:val="003222AD"/>
    <w:rsid w:val="0032347B"/>
    <w:rsid w:val="00326F90"/>
    <w:rsid w:val="00373F08"/>
    <w:rsid w:val="003907CA"/>
    <w:rsid w:val="003A2A56"/>
    <w:rsid w:val="003B3DE6"/>
    <w:rsid w:val="003C2A36"/>
    <w:rsid w:val="003F7322"/>
    <w:rsid w:val="004173ED"/>
    <w:rsid w:val="00467695"/>
    <w:rsid w:val="00473B7D"/>
    <w:rsid w:val="00482D5E"/>
    <w:rsid w:val="00486A73"/>
    <w:rsid w:val="0049186E"/>
    <w:rsid w:val="0049238E"/>
    <w:rsid w:val="004C44A2"/>
    <w:rsid w:val="004D5848"/>
    <w:rsid w:val="00594773"/>
    <w:rsid w:val="005A0676"/>
    <w:rsid w:val="005B2F6C"/>
    <w:rsid w:val="005C462C"/>
    <w:rsid w:val="005E1EA6"/>
    <w:rsid w:val="005E6E1B"/>
    <w:rsid w:val="005E7754"/>
    <w:rsid w:val="005F390F"/>
    <w:rsid w:val="005F3ED3"/>
    <w:rsid w:val="00617FBA"/>
    <w:rsid w:val="00624D24"/>
    <w:rsid w:val="006308BC"/>
    <w:rsid w:val="00642A1D"/>
    <w:rsid w:val="006506E5"/>
    <w:rsid w:val="00660676"/>
    <w:rsid w:val="00686759"/>
    <w:rsid w:val="006A2B25"/>
    <w:rsid w:val="006E02F4"/>
    <w:rsid w:val="006E2379"/>
    <w:rsid w:val="006F6A90"/>
    <w:rsid w:val="007276AD"/>
    <w:rsid w:val="007354D3"/>
    <w:rsid w:val="00752E03"/>
    <w:rsid w:val="00767303"/>
    <w:rsid w:val="00810450"/>
    <w:rsid w:val="00817600"/>
    <w:rsid w:val="008237B5"/>
    <w:rsid w:val="008413B8"/>
    <w:rsid w:val="00845EE7"/>
    <w:rsid w:val="00860ACC"/>
    <w:rsid w:val="00866ACC"/>
    <w:rsid w:val="00870C1E"/>
    <w:rsid w:val="008D2BF2"/>
    <w:rsid w:val="008D2D27"/>
    <w:rsid w:val="008E650A"/>
    <w:rsid w:val="008F4BFE"/>
    <w:rsid w:val="008F66FD"/>
    <w:rsid w:val="009243C2"/>
    <w:rsid w:val="00945651"/>
    <w:rsid w:val="00961173"/>
    <w:rsid w:val="0096246C"/>
    <w:rsid w:val="00974973"/>
    <w:rsid w:val="00997A19"/>
    <w:rsid w:val="009A085A"/>
    <w:rsid w:val="009B4F57"/>
    <w:rsid w:val="009B6DB1"/>
    <w:rsid w:val="009D7436"/>
    <w:rsid w:val="009E042F"/>
    <w:rsid w:val="009E070E"/>
    <w:rsid w:val="009F7DE9"/>
    <w:rsid w:val="00A0196D"/>
    <w:rsid w:val="00A030BD"/>
    <w:rsid w:val="00A3418E"/>
    <w:rsid w:val="00A53582"/>
    <w:rsid w:val="00A71170"/>
    <w:rsid w:val="00A7559A"/>
    <w:rsid w:val="00A9276E"/>
    <w:rsid w:val="00AA1D8D"/>
    <w:rsid w:val="00AE3295"/>
    <w:rsid w:val="00AF27F2"/>
    <w:rsid w:val="00B17F51"/>
    <w:rsid w:val="00B3172A"/>
    <w:rsid w:val="00B47730"/>
    <w:rsid w:val="00B920F2"/>
    <w:rsid w:val="00BA31F6"/>
    <w:rsid w:val="00BB384B"/>
    <w:rsid w:val="00BB4010"/>
    <w:rsid w:val="00BE4433"/>
    <w:rsid w:val="00C05981"/>
    <w:rsid w:val="00CA1376"/>
    <w:rsid w:val="00CB0664"/>
    <w:rsid w:val="00CF0765"/>
    <w:rsid w:val="00D34782"/>
    <w:rsid w:val="00D35A07"/>
    <w:rsid w:val="00D50A02"/>
    <w:rsid w:val="00D90FFE"/>
    <w:rsid w:val="00DA6719"/>
    <w:rsid w:val="00DA691B"/>
    <w:rsid w:val="00DA75B2"/>
    <w:rsid w:val="00DB135B"/>
    <w:rsid w:val="00DC3DB7"/>
    <w:rsid w:val="00DC7ABC"/>
    <w:rsid w:val="00DD52E4"/>
    <w:rsid w:val="00DE3586"/>
    <w:rsid w:val="00E05245"/>
    <w:rsid w:val="00E35DC7"/>
    <w:rsid w:val="00E609B4"/>
    <w:rsid w:val="00E67676"/>
    <w:rsid w:val="00EB7702"/>
    <w:rsid w:val="00EF678F"/>
    <w:rsid w:val="00EF6E0E"/>
    <w:rsid w:val="00F0177F"/>
    <w:rsid w:val="00F16942"/>
    <w:rsid w:val="00F36D3A"/>
    <w:rsid w:val="00F55003"/>
    <w:rsid w:val="00F559BA"/>
    <w:rsid w:val="00F6336B"/>
    <w:rsid w:val="00F71491"/>
    <w:rsid w:val="00F74DB1"/>
    <w:rsid w:val="00F816B5"/>
    <w:rsid w:val="00FA4FD8"/>
    <w:rsid w:val="00FB000F"/>
    <w:rsid w:val="00FC693F"/>
    <w:rsid w:val="00FD00BC"/>
    <w:rsid w:val="00FE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16C11F"/>
  <w14:defaultImageDpi w14:val="300"/>
  <w15:docId w15:val="{4E387468-37FE-4663-B7C3-87473C837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eastAsia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nyWeb">
    <w:name w:val="Normal (Web)"/>
    <w:basedOn w:val="Normalny"/>
    <w:uiPriority w:val="99"/>
    <w:semiHidden/>
    <w:unhideWhenUsed/>
    <w:rsid w:val="00B3172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609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indywidualny – XI Rodzinny Rajd Rowerowy po Gminie Dobroszyce</dc:title>
  <dc:subject>Zgłoszenie indywidualne – 12 września 2026 r.</dc:subject>
  <dc:creator>python-docx</dc:creator>
  <cp:keywords/>
  <dc:description>generated by python-docx</dc:description>
  <cp:lastModifiedBy>Katarzyna Skorna</cp:lastModifiedBy>
  <cp:revision>4</cp:revision>
  <dcterms:created xsi:type="dcterms:W3CDTF">2026-08-23T17:54:00Z</dcterms:created>
  <dcterms:modified xsi:type="dcterms:W3CDTF">2026-08-23T18:13:00Z</dcterms:modified>
  <cp:category/>
</cp:coreProperties>
</file>